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AXE // RUSH HOUR :60</w:t>
      </w:r>
    </w:p>
    <w:p>
      <w:pPr>
        <w:pStyle w:val="Subtitle"/>
      </w:pPr>
      <w:r>
        <w:t>Treatment by Cassandra Brooksbank</w:t>
      </w:r>
    </w:p>
    <w:p>
      <w:pPr>
        <w:keepNext/>
        <w:spacing w:before="260" w:after="40"/>
      </w:pPr>
      <w:r>
        <w:rPr>
          <w:b/>
          <w:sz w:val="18"/>
        </w:rPr>
        <w:t>AN INTRODUCTION</w:t>
      </w:r>
    </w:p>
    <w:p>
      <w:pPr>
        <w:pStyle w:val="Heading1"/>
      </w:pPr>
      <w:r>
        <w:t>LET’S GET WET</w:t>
      </w:r>
    </w:p>
    <w:p>
      <w:r>
        <w:t xml:space="preserve">I absolutely flipped when I first read this script. This is the stuff I </w:t>
      </w:r>
      <w:r>
        <w:rPr>
          <w:b/>
        </w:rPr>
        <w:t>LIVE</w:t>
      </w:r>
      <w:r>
        <w:t xml:space="preserve"> for: irreverent comedy, hyperrealistic action, a fun and poppy style, and an opportunity to get creative in the edit. It’s bonkers in the best way and I can relate!</w:t>
      </w:r>
    </w:p>
    <w:p>
      <w:r>
        <w:t xml:space="preserve">We’ve all had those moments when your body betrays you: Losing your voice on that important call. Having to go to the bathroom when you’re stuck in traffic. And worst of all, sweating uncontrollably just when you need to stay cool. When the water works start… they spiral. The more you try to fix the situation, the worse it gets! It’s a domino effect that leads straight to hell. But lucky for us, </w:t>
      </w:r>
      <w:r>
        <w:rPr>
          <w:b/>
        </w:rPr>
        <w:t>AXE</w:t>
      </w:r>
      <w:r>
        <w:t xml:space="preserve"> is on the job.</w:t>
      </w:r>
    </w:p>
    <w:p>
      <w:r>
        <w:t xml:space="preserve">What I </w:t>
      </w:r>
      <w:r>
        <w:rPr>
          <w:b/>
        </w:rPr>
        <w:t>LOVE</w:t>
      </w:r>
      <w:r>
        <w:t xml:space="preserve"> about this spot is it takes these moments and pushes them to infinity. We’ve all felt like a human fountain. In this case, our hero is </w:t>
      </w:r>
      <w:r>
        <w:rPr>
          <w:b/>
        </w:rPr>
        <w:t>LITERALLY</w:t>
      </w:r>
      <w:r>
        <w:t xml:space="preserve"> spurting geysers. Subtlety ain’t for us, folks! We say what we need to say, and we say it with a </w:t>
      </w:r>
      <w:r>
        <w:rPr>
          <w:b/>
        </w:rPr>
        <w:t>SPLASH</w:t>
      </w:r>
      <w:r>
        <w:t xml:space="preserve">! Pushing these very real feelings into the surreal is what makes this spot memorable. Audiences will remember US the next time they make it rain, and lucky for them, </w:t>
      </w:r>
      <w:r>
        <w:rPr>
          <w:b/>
        </w:rPr>
        <w:t>AXE</w:t>
      </w:r>
      <w:r>
        <w:t xml:space="preserve"> is only a short train ride away.</w:t>
      </w:r>
    </w:p>
    <w:p>
      <w:pPr>
        <w:pStyle w:val="Heading1"/>
      </w:pPr>
      <w:r>
        <w:t>THE STORY</w:t>
      </w:r>
    </w:p>
    <w:p>
      <w:r>
        <w:t xml:space="preserve">Basically a miniature disaster movie on a subway. This is what happens when you forget your </w:t>
      </w:r>
      <w:r>
        <w:rPr>
          <w:b/>
        </w:rPr>
        <w:t>AXE</w:t>
      </w:r>
      <w:r>
        <w:t xml:space="preserve"> antiperspirant in the morning!</w:t>
      </w:r>
    </w:p>
    <w:p>
      <w:r>
        <w:t xml:space="preserve">In order to give you a better idea of how I see </w:t>
      </w:r>
      <w:r>
        <w:rPr>
          <w:b/>
        </w:rPr>
        <w:t>RUSH HOUR</w:t>
      </w:r>
      <w:r>
        <w:t>, the following is a script breakdown of what I see happening on-screen and the feelings it will convey. This is a :60 spot, giving us room to build the pressure before all hell breaks loose. These are very fast paced cuts, especially when we get into the main storyline of the water bursting through the jacket. Things like the extreme close ups of water ripping through the fabric or whip pans to passengers being hit with sweat will only be on screen for a few frames, but will really add to the context of what’s happening.</w:t>
      </w:r>
    </w:p>
    <w:p>
      <w:r>
        <w:t>Let’s get into it!</w:t>
      </w:r>
    </w:p>
    <w:p>
      <w:r>
        <w:t>The doors slide open on a subway to reveal—rush hour! To say this train is “full” is an understatement. It’s the type of commute that makes you hate public transit. People push and shove, jostling for position. Just your average Tuesday on the subway, eh?</w:t>
      </w:r>
    </w:p>
    <w:p>
      <w:r>
        <w:t xml:space="preserve">Against this throng, our eye lands on a man in a </w:t>
      </w:r>
      <w:r>
        <w:rPr>
          <w:b/>
        </w:rPr>
        <w:t>BRIGHT ORANGE PUFFER JACKET</w:t>
      </w:r>
      <w:r>
        <w:t xml:space="preserve"> coming toward us and pushing his way inside. He’s got a friendly face, cool sneaks… but he’s had a rough day. He’s weighed down by his backpack and hustles to get inside. All he wants in this cruel world is to get home and crash.</w:t>
      </w:r>
    </w:p>
    <w:p>
      <w:r>
        <w:t>We track toward our dude as he shuffles down the aisle, squeezing through commuters and the token weirdos that somehow always find themselves on his train. He passes a nun, a guy on crutches, a rich lady with a dog, a germaphobe, some influencers filming themselves, and a woman trying to finish her makeup. He squeezes into the only sliver of a seat available as the train takes off. Just his luck, he’s wedged between a man engrossed in his laptop and a mom with a baby. There is absolutely nowhere to go.</w:t>
      </w:r>
    </w:p>
    <w:p>
      <w:r>
        <w:t>Now, inside the train, we’re going to put this poor guy in a pressure cooker. We’re building tension, increasing the claustrophobia and stress on this train from hell. What’s the forecast? Humid. Condensation drips down windows that are fogged.</w:t>
      </w:r>
    </w:p>
    <w:p>
      <w:r>
        <w:t>From the look of the passengers’ clothing, it’s that time of year where it’s cold outside, but hot as balls inside. Our dude is toasty. The sound of the train increases in pitch, a rising sound building the tension. We’re in a close up on a long lens, pushing in and rotating a bit dutch as he shuffles uncomfortably against the movement of the train, trying to air out his collar. Sweat drips down his forehead.</w:t>
      </w:r>
    </w:p>
    <w:p>
      <w:r>
        <w:t xml:space="preserve">We cut to the front when suddenly, his jacket starts expanding, weighed down by the </w:t>
      </w:r>
      <w:r>
        <w:rPr>
          <w:b/>
        </w:rPr>
        <w:t>POOLS OF SWEAT</w:t>
      </w:r>
      <w:r>
        <w:t xml:space="preserve"> dripping from under his arms. We pull back as the jacket expands. </w:t>
      </w:r>
      <w:r>
        <w:rPr>
          <w:b/>
        </w:rPr>
        <w:t>TALK ABOUT A FASHION EMERGENCY</w:t>
      </w:r>
      <w:r>
        <w:t>! The perspiration is trapped inside his waterproof jacket and has nowhere to go!</w:t>
      </w:r>
    </w:p>
    <w:p>
      <w:r>
        <w:t xml:space="preserve">The jacket gets bigger. And </w:t>
      </w:r>
      <w:r>
        <w:rPr>
          <w:b/>
        </w:rPr>
        <w:t>BIGGER</w:t>
      </w:r>
      <w:r>
        <w:t>. It’s basically a giant water balloon taking over the subway car. The chihuahua starts barking. Our hero panics, struggling to keep his jacket contained, but it’s growing fast and starts bulging up against the other passengers who notice something has gone seriously, seriously wrong. The swelling orange bulk presses into the mom beside him. She pulls her baby close and leans away, glaring at our guy. He tries to make himself smaller. The jacket has other plans.</w:t>
      </w:r>
    </w:p>
    <w:p>
      <w:r>
        <w:t xml:space="preserve">Our dude is mortified. He frantically tries to compress the jacket back down, pushing his arms against the sides. Unfortunately this has the opposite effect… The jacket starts self-destructing. Rip. Tear. We hear the groan of the fabric and the strain of seams breaking. Our hero’s eyes go wide… </w:t>
      </w:r>
      <w:r>
        <w:rPr>
          <w:b/>
        </w:rPr>
        <w:t>KAPOWIE</w:t>
      </w:r>
      <w:r>
        <w:t>!</w:t>
      </w:r>
    </w:p>
    <w:p>
      <w:r>
        <w:t xml:space="preserve">The pressure blows off a button with a geyser of perspiration. </w:t>
      </w:r>
      <w:r>
        <w:rPr>
          <w:b/>
        </w:rPr>
        <w:t>SPLASH</w:t>
      </w:r>
      <w:r>
        <w:t xml:space="preserve">! The stream hits the germaphobe who freaks. Back with our hero in a losing battle trying to plug his holes. </w:t>
      </w:r>
      <w:r>
        <w:rPr>
          <w:b/>
        </w:rPr>
        <w:t>SNAP</w:t>
      </w:r>
      <w:r>
        <w:t xml:space="preserve">! </w:t>
      </w:r>
      <w:r>
        <w:rPr>
          <w:b/>
        </w:rPr>
        <w:t>CRACKLE</w:t>
      </w:r>
      <w:r>
        <w:t xml:space="preserve">! </w:t>
      </w:r>
      <w:r>
        <w:rPr>
          <w:b/>
        </w:rPr>
        <w:t>POP</w:t>
      </w:r>
      <w:r>
        <w:t>! The jacket springs three more leaks.</w:t>
      </w:r>
    </w:p>
    <w:p>
      <w:r>
        <w:t xml:space="preserve">We </w:t>
      </w:r>
      <w:r>
        <w:rPr>
          <w:b/>
        </w:rPr>
        <w:t>WHIP PAN</w:t>
      </w:r>
      <w:r>
        <w:t xml:space="preserve"> with the stream to see </w:t>
      </w:r>
      <w:r>
        <w:rPr>
          <w:b/>
        </w:rPr>
        <w:t>SWEAT SHOWERING DOWN</w:t>
      </w:r>
      <w:r>
        <w:t xml:space="preserve"> on the guy with the laptop. The computer fries! WHIP RIGHT. A blast hits the woman doing her makeup. There goes the eyeliner. WHIP BACK. It’s raining down on the influencers. They ain’t lookin’ so cute… but the phone is still rolling.</w:t>
      </w:r>
    </w:p>
    <w:p>
      <w:r>
        <w:t>Every attempt to contain the jacket forces another seam to burst. Our boy is now a human fountain, showering everything and everyone. Passengers panic, taking cover. The jacket is enormous, the water is firing in every direction, and the whole car has become a catastrophe.</w:t>
      </w:r>
    </w:p>
    <w:p>
      <w:pPr>
        <w:keepNext/>
      </w:pPr>
      <w:r>
        <w:t>At absolute peak chaos—</w:t>
      </w:r>
      <w:r>
        <w:rPr>
          <w:b/>
        </w:rPr>
        <w:t>SMASH CUT</w:t>
      </w:r>
      <w:r>
        <w:t>.</w:t>
      </w:r>
    </w:p>
    <w:p>
      <w:r>
        <w:t xml:space="preserve">We’re suddenly in a gorgeous, hyper-stylized </w:t>
      </w:r>
      <w:r>
        <w:rPr>
          <w:b/>
        </w:rPr>
        <w:t>AXE</w:t>
      </w:r>
      <w:r>
        <w:t xml:space="preserve"> application and product shot. The camera is controlled. The lighting is beautiful. The noise of the train drops away. In </w:t>
      </w:r>
      <w:r>
        <w:rPr>
          <w:b/>
        </w:rPr>
        <w:t>CLOSE UP</w:t>
      </w:r>
      <w:r>
        <w:t xml:space="preserve">, we see our hero apply </w:t>
      </w:r>
      <w:r>
        <w:rPr>
          <w:b/>
        </w:rPr>
        <w:t>AXE</w:t>
      </w:r>
      <w:r>
        <w:t xml:space="preserve"> antiperspirant. Clean skin, cool light, an unmistakable product moment. We give the pack its own hero shot.</w:t>
      </w:r>
    </w:p>
    <w:p>
      <w:pPr>
        <w:keepNext/>
        <w:keepLines/>
        <w:spacing w:before="40" w:after="140"/>
      </w:pPr>
      <w:r>
        <w:rPr>
          <w:b/>
          <w:sz w:val="24"/>
        </w:rPr>
        <w:t>FOR DAYS THAT RUN HOT.</w:t>
      </w:r>
    </w:p>
    <w:p>
      <w:pPr>
        <w:keepLines/>
        <w:spacing w:before="40" w:after="140"/>
      </w:pPr>
      <w:r>
        <w:rPr>
          <w:b/>
          <w:sz w:val="24"/>
        </w:rPr>
        <w:t>AXE -- 72H SWEAT PROTECTION.</w:t>
      </w:r>
    </w:p>
    <w:p>
      <w:pPr>
        <w:keepNext/>
      </w:pPr>
      <w:r>
        <w:t>Final bumper: the subway pulls into the station.</w:t>
      </w:r>
    </w:p>
    <w:p>
      <w:pPr>
        <w:keepLines/>
        <w:spacing w:before="40" w:after="140"/>
      </w:pPr>
      <w:r>
        <w:rPr>
          <w:b/>
          <w:sz w:val="24"/>
        </w:rPr>
        <w:t>DING.</w:t>
      </w:r>
    </w:p>
    <w:p>
      <w:r>
        <w:t xml:space="preserve">The doors open and a massive </w:t>
      </w:r>
      <w:r>
        <w:rPr>
          <w:b/>
        </w:rPr>
        <w:t>WALL OF WATER</w:t>
      </w:r>
      <w:r>
        <w:t xml:space="preserve"> explodes onto the platform. Once it clears, our guy casually steps out looking completely fresh. All that chaos, and he carries on like this was a perfectly normal commute.</w:t>
      </w:r>
    </w:p>
    <w:p>
      <w:pPr>
        <w:keepLines/>
        <w:spacing w:before="40" w:after="140"/>
      </w:pPr>
      <w:r>
        <w:rPr>
          <w:b/>
          <w:sz w:val="24"/>
        </w:rPr>
        <w:t>AXE. DON’T SWEAT IT.</w:t>
      </w:r>
    </w:p>
    <w:p>
      <w:pPr>
        <w:pStyle w:val="Heading1"/>
      </w:pPr>
      <w:r>
        <w:t>EXAMPLE SHOT LIST!</w:t>
      </w:r>
    </w:p>
    <w:p>
      <w:r>
        <w:t>For you nervous Nancies wondering “but how can we fit all this great stuff into 60 seconds?!,” here is an example shot list. The opening gives us enough room to feel the squeeze; the cuts get faster as the jacket grows. Once the water starts firing, inserts and whip pans can land in a handful of frames. We leave room for the product moment and that final wall of water to really land.</w:t>
      </w:r>
    </w:p>
    <w:p>
      <w:pPr>
        <w:pStyle w:val="ListBullet"/>
        <w:keepNext w:val="0"/>
        <w:keepLines/>
        <w:numPr>
          <w:numId w:val="0"/>
        </w:numPr>
        <w:tabs>
          <w:tab w:val="left" w:pos="460"/>
        </w:tabs>
        <w:spacing w:after="100"/>
        <w:ind w:left="460" w:hanging="460"/>
        <w:contextualSpacing w:val="0"/>
      </w:pPr>
      <w:r>
        <w:rPr>
          <w:b/>
        </w:rPr>
        <w:t>01.</w:t>
      </w:r>
      <w:r>
        <w:tab/>
        <w:t>TIGHT MCU — JUSTIN / SNOWY STREET Justin walks toward camera through a brutally crowded NYC sidewalk. Snow, sleet, visible breath. Orange puffer zipped. Bodies constantly cross the foreground.</w:t>
      </w:r>
    </w:p>
    <w:p>
      <w:pPr>
        <w:pStyle w:val="ListBullet"/>
        <w:keepNext w:val="0"/>
        <w:keepLines/>
        <w:numPr>
          <w:numId w:val="0"/>
        </w:numPr>
        <w:tabs>
          <w:tab w:val="left" w:pos="460"/>
        </w:tabs>
        <w:spacing w:after="100"/>
        <w:ind w:left="460" w:hanging="460"/>
        <w:contextualSpacing w:val="0"/>
      </w:pPr>
      <w:r>
        <w:rPr>
          <w:b/>
        </w:rPr>
        <w:t>02.</w:t>
      </w:r>
      <w:r>
        <w:tab/>
        <w:t>IMPOSSIBLE PULLBACK / DESCENT Camera rockets backward from Justin, revealing the snowy street as he reaches the subway stairs. Plunge through steam and vent infrastructure, catch a train flashing past, then race into another subway car.</w:t>
      </w:r>
    </w:p>
    <w:p>
      <w:pPr>
        <w:pStyle w:val="ListBullet"/>
        <w:keepNext w:val="0"/>
        <w:keepLines/>
        <w:numPr>
          <w:numId w:val="0"/>
        </w:numPr>
        <w:tabs>
          <w:tab w:val="left" w:pos="460"/>
        </w:tabs>
        <w:spacing w:after="100"/>
        <w:ind w:left="460" w:hanging="460"/>
        <w:contextualSpacing w:val="0"/>
      </w:pPr>
      <w:r>
        <w:rPr>
          <w:b/>
        </w:rPr>
        <w:t>03.</w:t>
      </w:r>
      <w:r>
        <w:tab/>
        <w:t>FAST TRAVELING MASTER — THROUGH SUBWAY CAR Camera races through compressed commuters inside the car and lands directly in front of the closed double doors.</w:t>
      </w:r>
    </w:p>
    <w:p>
      <w:pPr>
        <w:pStyle w:val="ListBullet"/>
        <w:keepNext w:val="0"/>
        <w:keepLines/>
        <w:numPr>
          <w:numId w:val="0"/>
        </w:numPr>
        <w:tabs>
          <w:tab w:val="left" w:pos="460"/>
        </w:tabs>
        <w:spacing w:after="100"/>
        <w:ind w:left="460" w:hanging="460"/>
        <w:contextualSpacing w:val="0"/>
      </w:pPr>
      <w:r>
        <w:rPr>
          <w:b/>
        </w:rPr>
        <w:t>04.</w:t>
      </w:r>
      <w:r>
        <w:tab/>
        <w:t>MED FRONTAL — SUBWAY DOORS / JUSTIN ENTERS DING. Doors open, revealing Justin outside. He pushes into the packed train.</w:t>
      </w:r>
    </w:p>
    <w:p>
      <w:pPr>
        <w:pStyle w:val="ListBullet"/>
        <w:keepNext w:val="0"/>
        <w:keepLines/>
        <w:numPr>
          <w:numId w:val="0"/>
        </w:numPr>
        <w:tabs>
          <w:tab w:val="left" w:pos="460"/>
        </w:tabs>
        <w:spacing w:after="100"/>
        <w:ind w:left="460" w:hanging="460"/>
        <w:contextualSpacing w:val="0"/>
      </w:pPr>
      <w:r>
        <w:rPr>
          <w:b/>
        </w:rPr>
        <w:t>05.</w:t>
      </w:r>
      <w:r>
        <w:tab/>
        <w:t>MED TRACK BACK — JUSTIN THROUGH CROWD Track backward as Justin squeezes through commuters, his puffer brushing bodies and forcing people aside. Introduce Nun, Rich Lady + Dog, Drag Queen and Tuba Guy in passing.</w:t>
      </w:r>
    </w:p>
    <w:p>
      <w:pPr>
        <w:pStyle w:val="ListBullet"/>
        <w:keepNext w:val="0"/>
        <w:keepLines/>
        <w:numPr>
          <w:numId w:val="0"/>
        </w:numPr>
        <w:tabs>
          <w:tab w:val="left" w:pos="460"/>
        </w:tabs>
        <w:spacing w:after="100"/>
        <w:ind w:left="460" w:hanging="460"/>
        <w:contextualSpacing w:val="0"/>
      </w:pPr>
      <w:r>
        <w:rPr>
          <w:b/>
        </w:rPr>
        <w:t>06.</w:t>
      </w:r>
      <w:r>
        <w:tab/>
        <w:t>MED FRONTAL — JUSTIN SITS Justin squeezes into the only open bench space: Mom + Baby on one side, Wall Street Laptop Guy on the other. Push in as the train takes off.</w:t>
      </w:r>
    </w:p>
    <w:p>
      <w:pPr>
        <w:pStyle w:val="ListBullet"/>
        <w:keepNext w:val="0"/>
        <w:keepLines/>
        <w:numPr>
          <w:numId w:val="0"/>
        </w:numPr>
        <w:tabs>
          <w:tab w:val="left" w:pos="460"/>
        </w:tabs>
        <w:spacing w:after="100"/>
        <w:ind w:left="460" w:hanging="460"/>
        <w:contextualSpacing w:val="0"/>
      </w:pPr>
      <w:r>
        <w:rPr>
          <w:b/>
        </w:rPr>
        <w:t>07.</w:t>
      </w:r>
      <w:r>
        <w:tab/>
        <w:t>INSERT — MOM + BABY Baby already encroaches slightly into Justin’s space. Mom adjusts the baby without acknowledging him.</w:t>
      </w:r>
    </w:p>
    <w:p>
      <w:pPr>
        <w:pStyle w:val="ListBullet"/>
        <w:keepNext w:val="0"/>
        <w:keepLines/>
        <w:numPr>
          <w:numId w:val="0"/>
        </w:numPr>
        <w:tabs>
          <w:tab w:val="left" w:pos="460"/>
        </w:tabs>
        <w:spacing w:after="100"/>
        <w:ind w:left="460" w:hanging="460"/>
        <w:contextualSpacing w:val="0"/>
      </w:pPr>
      <w:r>
        <w:rPr>
          <w:b/>
        </w:rPr>
        <w:t>08.</w:t>
      </w:r>
      <w:r>
        <w:tab/>
        <w:t>INSERT — WALL STREET GUY / LAPTOP Wall Street Guy’s elbows and open laptop take up too much room. He keeps typing. Justin politely compresses himself between his neighbors.</w:t>
      </w:r>
    </w:p>
    <w:p>
      <w:pPr>
        <w:pStyle w:val="ListBullet"/>
        <w:keepNext w:val="0"/>
        <w:keepLines/>
        <w:numPr>
          <w:numId w:val="0"/>
        </w:numPr>
        <w:tabs>
          <w:tab w:val="left" w:pos="460"/>
        </w:tabs>
        <w:spacing w:after="100"/>
        <w:ind w:left="460" w:hanging="460"/>
        <w:contextualSpacing w:val="0"/>
      </w:pPr>
      <w:r>
        <w:rPr>
          <w:b/>
        </w:rPr>
        <w:t>09.</w:t>
      </w:r>
      <w:r>
        <w:tab/>
        <w:t>CU PUSH-IN / SLIGHT DUTCH — JUSTIN Justin starts getting hot. A tiny bead of sweat appears. He tries to ignore it as the first amber tunnel light crosses his face.</w:t>
      </w:r>
    </w:p>
    <w:p>
      <w:pPr>
        <w:pStyle w:val="ListBullet"/>
        <w:keepNext w:val="0"/>
        <w:keepLines/>
        <w:numPr>
          <w:numId w:val="0"/>
        </w:numPr>
        <w:tabs>
          <w:tab w:val="left" w:pos="460"/>
        </w:tabs>
        <w:spacing w:after="100"/>
        <w:ind w:left="460" w:hanging="460"/>
        <w:contextualSpacing w:val="0"/>
      </w:pPr>
      <w:r>
        <w:rPr>
          <w:b/>
        </w:rPr>
        <w:t>10.</w:t>
      </w:r>
      <w:r>
        <w:tab/>
        <w:t>XCU — JUSTIN TUGS COLLAR Justin slips a finger inside the funnel neck beside the snap tab, tugging his collar for air.</w:t>
      </w:r>
    </w:p>
    <w:p>
      <w:pPr>
        <w:pStyle w:val="ListBullet"/>
        <w:keepNext w:val="0"/>
        <w:keepLines/>
        <w:numPr>
          <w:numId w:val="0"/>
        </w:numPr>
        <w:tabs>
          <w:tab w:val="left" w:pos="460"/>
        </w:tabs>
        <w:spacing w:after="100"/>
        <w:ind w:left="460" w:hanging="460"/>
        <w:contextualSpacing w:val="0"/>
      </w:pPr>
      <w:r>
        <w:rPr>
          <w:b/>
        </w:rPr>
        <w:t>11.</w:t>
      </w:r>
      <w:r>
        <w:tab/>
        <w:t>XCU — FIRST PUFFER BAFFLE The jacket’s bottom section subtly swells. Liquid visibly shifts inside.</w:t>
      </w:r>
    </w:p>
    <w:p>
      <w:pPr>
        <w:pStyle w:val="ListBullet"/>
        <w:keepNext w:val="0"/>
        <w:keepLines/>
        <w:numPr>
          <w:numId w:val="0"/>
        </w:numPr>
        <w:tabs>
          <w:tab w:val="left" w:pos="460"/>
        </w:tabs>
        <w:spacing w:after="100"/>
        <w:ind w:left="460" w:hanging="460"/>
        <w:contextualSpacing w:val="0"/>
      </w:pPr>
      <w:r>
        <w:rPr>
          <w:b/>
        </w:rPr>
        <w:t>12.</w:t>
      </w:r>
      <w:r>
        <w:tab/>
        <w:t>XCU — SECOND PUFFER BAFFLE Another compartment begins filling. Heavier. Bottom-weighted.</w:t>
      </w:r>
    </w:p>
    <w:p>
      <w:pPr>
        <w:pStyle w:val="ListBullet"/>
        <w:keepNext w:val="0"/>
        <w:keepLines/>
        <w:numPr>
          <w:numId w:val="0"/>
        </w:numPr>
        <w:tabs>
          <w:tab w:val="left" w:pos="460"/>
        </w:tabs>
        <w:spacing w:after="100"/>
        <w:ind w:left="460" w:hanging="460"/>
        <w:contextualSpacing w:val="0"/>
      </w:pPr>
      <w:r>
        <w:rPr>
          <w:b/>
        </w:rPr>
        <w:t>13.</w:t>
      </w:r>
      <w:r>
        <w:tab/>
        <w:t>CU — JUSTIN LOOKS DOWN Justin looks down: wait, what the fuck? Still trying not to make a scene. Silent—all in the look.</w:t>
      </w:r>
    </w:p>
    <w:p>
      <w:pPr>
        <w:pStyle w:val="ListBullet"/>
        <w:keepNext w:val="0"/>
        <w:keepLines/>
        <w:numPr>
          <w:numId w:val="0"/>
        </w:numPr>
        <w:tabs>
          <w:tab w:val="left" w:pos="460"/>
        </w:tabs>
        <w:spacing w:after="100"/>
        <w:ind w:left="460" w:hanging="460"/>
        <w:contextualSpacing w:val="0"/>
      </w:pPr>
      <w:r>
        <w:rPr>
          <w:b/>
        </w:rPr>
        <w:t>14.</w:t>
      </w:r>
      <w:r>
        <w:tab/>
        <w:t>CU — DOG The tiny dog notices the expanding jacket. BARK.</w:t>
      </w:r>
    </w:p>
    <w:p>
      <w:pPr>
        <w:pStyle w:val="ListBullet"/>
        <w:keepNext w:val="0"/>
        <w:keepLines/>
        <w:numPr>
          <w:numId w:val="0"/>
        </w:numPr>
        <w:tabs>
          <w:tab w:val="left" w:pos="460"/>
        </w:tabs>
        <w:spacing w:after="100"/>
        <w:ind w:left="460" w:hanging="460"/>
        <w:contextualSpacing w:val="0"/>
      </w:pPr>
      <w:r>
        <w:rPr>
          <w:b/>
        </w:rPr>
        <w:t>15.</w:t>
      </w:r>
      <w:r>
        <w:tab/>
        <w:t>MED — RICH LADY + DOG Rich Lady looks from the jacket to Justin with disgust.</w:t>
      </w:r>
    </w:p>
    <w:p>
      <w:pPr>
        <w:pStyle w:val="ListBullet"/>
        <w:keepNext w:val="0"/>
        <w:keepLines/>
        <w:numPr>
          <w:numId w:val="0"/>
        </w:numPr>
        <w:tabs>
          <w:tab w:val="left" w:pos="460"/>
        </w:tabs>
        <w:spacing w:after="100"/>
        <w:ind w:left="460" w:hanging="460"/>
        <w:contextualSpacing w:val="0"/>
      </w:pPr>
      <w:r>
        <w:rPr>
          <w:b/>
        </w:rPr>
        <w:t>16.</w:t>
      </w:r>
      <w:r>
        <w:tab/>
        <w:t>MED FRONTAL — JACKET EXPANDS Justin’s puffer visibly balloons outward into Mom + Baby and Wall Street Guy. The bench gets tighter.</w:t>
      </w:r>
    </w:p>
    <w:p>
      <w:pPr>
        <w:pStyle w:val="ListBullet"/>
        <w:keepNext w:val="0"/>
        <w:keepLines/>
        <w:numPr>
          <w:numId w:val="0"/>
        </w:numPr>
        <w:tabs>
          <w:tab w:val="left" w:pos="460"/>
        </w:tabs>
        <w:spacing w:after="100"/>
        <w:ind w:left="460" w:hanging="460"/>
        <w:contextualSpacing w:val="0"/>
      </w:pPr>
      <w:r>
        <w:rPr>
          <w:b/>
        </w:rPr>
        <w:t>17.</w:t>
      </w:r>
      <w:r>
        <w:tab/>
        <w:t>INSERT — BABY AGAINST WINDOW / MOM The expanding jacket hilariously presses the baby against the fogged subway window. Mom adjusts the baby, immediately realizes the jacket is the problem, and gives Justin a death look.</w:t>
      </w:r>
    </w:p>
    <w:p>
      <w:pPr>
        <w:pStyle w:val="ListBullet"/>
        <w:keepNext w:val="0"/>
        <w:keepLines/>
        <w:numPr>
          <w:numId w:val="0"/>
        </w:numPr>
        <w:tabs>
          <w:tab w:val="left" w:pos="460"/>
        </w:tabs>
        <w:spacing w:after="100"/>
        <w:ind w:left="460" w:hanging="460"/>
        <w:contextualSpacing w:val="0"/>
      </w:pPr>
      <w:r>
        <w:rPr>
          <w:b/>
        </w:rPr>
        <w:t>18.</w:t>
      </w:r>
      <w:r>
        <w:tab/>
        <w:t>INSERT — WALL STREET GUY / LAPTOP SQUEEZED Justin’s widening jacket shoves the laptop toward Wall Street Guy’s chest. He struggles against the expanding puffer.</w:t>
      </w:r>
    </w:p>
    <w:p>
      <w:pPr>
        <w:pStyle w:val="ListBullet"/>
        <w:keepNext w:val="0"/>
        <w:keepLines/>
        <w:numPr>
          <w:numId w:val="0"/>
        </w:numPr>
        <w:tabs>
          <w:tab w:val="left" w:pos="460"/>
        </w:tabs>
        <w:spacing w:after="100"/>
        <w:ind w:left="460" w:hanging="460"/>
        <w:contextualSpacing w:val="0"/>
      </w:pPr>
      <w:r>
        <w:rPr>
          <w:b/>
        </w:rPr>
        <w:t>19.</w:t>
      </w:r>
      <w:r>
        <w:tab/>
        <w:t>PROFILE MED — JUSTIN TRIES TO COMPRESS IT Justin pushes the jacket down and inward, pretending everything is normal. He gives it an aggressive downward shove.</w:t>
      </w:r>
    </w:p>
    <w:p>
      <w:pPr>
        <w:pStyle w:val="ListBullet"/>
        <w:keepNext w:val="0"/>
        <w:keepLines/>
        <w:numPr>
          <w:numId w:val="0"/>
        </w:numPr>
        <w:tabs>
          <w:tab w:val="left" w:pos="460"/>
        </w:tabs>
        <w:spacing w:after="100"/>
        <w:ind w:left="460" w:hanging="460"/>
        <w:contextualSpacing w:val="0"/>
      </w:pPr>
      <w:r>
        <w:rPr>
          <w:b/>
        </w:rPr>
        <w:t>20.</w:t>
      </w:r>
      <w:r>
        <w:tab/>
        <w:t>XCU — FIRST SEAM SPRINGS LEAK PSSSHT. A thin, embarrassing jet of water fires from one seam.</w:t>
      </w:r>
    </w:p>
    <w:p>
      <w:pPr>
        <w:pStyle w:val="ListBullet"/>
        <w:keepNext w:val="0"/>
        <w:keepLines/>
        <w:numPr>
          <w:numId w:val="0"/>
        </w:numPr>
        <w:tabs>
          <w:tab w:val="left" w:pos="460"/>
        </w:tabs>
        <w:spacing w:after="100"/>
        <w:ind w:left="460" w:hanging="460"/>
        <w:contextualSpacing w:val="0"/>
      </w:pPr>
      <w:r>
        <w:rPr>
          <w:b/>
        </w:rPr>
        <w:t>21.</w:t>
      </w:r>
      <w:r>
        <w:tab/>
        <w:t>WHIP PAN — MAKEUP GIRL Follow the jet across the car. It hits Makeup Girl directly across her immaculate face. Horrified, she lowers her compact.</w:t>
      </w:r>
    </w:p>
    <w:p>
      <w:pPr>
        <w:pStyle w:val="ListBullet"/>
        <w:keepNext w:val="0"/>
        <w:keepLines/>
        <w:numPr>
          <w:numId w:val="0"/>
        </w:numPr>
        <w:tabs>
          <w:tab w:val="left" w:pos="460"/>
        </w:tabs>
        <w:spacing w:after="100"/>
        <w:ind w:left="460" w:hanging="460"/>
        <w:contextualSpacing w:val="0"/>
      </w:pPr>
      <w:r>
        <w:rPr>
          <w:b/>
        </w:rPr>
        <w:t>22.</w:t>
      </w:r>
      <w:r>
        <w:tab/>
        <w:t>XCU — BUTTON / SECOND FAILURE Fabric groans. POP. One of the two black snaps on the collar tab launches off. A second leak starts.</w:t>
      </w:r>
    </w:p>
    <w:p>
      <w:pPr>
        <w:pStyle w:val="ListBullet"/>
        <w:keepNext w:val="0"/>
        <w:keepLines/>
        <w:numPr>
          <w:numId w:val="0"/>
        </w:numPr>
        <w:tabs>
          <w:tab w:val="left" w:pos="460"/>
        </w:tabs>
        <w:spacing w:after="100"/>
        <w:ind w:left="460" w:hanging="460"/>
        <w:contextualSpacing w:val="0"/>
      </w:pPr>
      <w:r>
        <w:rPr>
          <w:b/>
        </w:rPr>
        <w:t>23.</w:t>
      </w:r>
      <w:r>
        <w:tab/>
        <w:t>CU — GERMAPHOBE HIT Water nails the masked Germaphobe. Immediate horrified recoil.</w:t>
      </w:r>
    </w:p>
    <w:p>
      <w:pPr>
        <w:pStyle w:val="ListBullet"/>
        <w:keepNext w:val="0"/>
        <w:keepLines/>
        <w:numPr>
          <w:numId w:val="0"/>
        </w:numPr>
        <w:tabs>
          <w:tab w:val="left" w:pos="460"/>
        </w:tabs>
        <w:spacing w:after="100"/>
        <w:ind w:left="460" w:hanging="460"/>
        <w:contextualSpacing w:val="0"/>
      </w:pPr>
      <w:r>
        <w:rPr>
          <w:b/>
        </w:rPr>
        <w:t>24.</w:t>
      </w:r>
      <w:r>
        <w:tab/>
        <w:t>CU — DRAG QUEEN REACTION The Drag Queen witnesses the disaster. One devastating expression: oh noooo, sashay away.</w:t>
      </w:r>
    </w:p>
    <w:p>
      <w:pPr>
        <w:pStyle w:val="ListBullet"/>
        <w:keepNext w:val="0"/>
        <w:keepLines/>
        <w:numPr>
          <w:numId w:val="0"/>
        </w:numPr>
        <w:tabs>
          <w:tab w:val="left" w:pos="460"/>
        </w:tabs>
        <w:spacing w:after="100"/>
        <w:ind w:left="460" w:hanging="460"/>
        <w:contextualSpacing w:val="0"/>
      </w:pPr>
      <w:r>
        <w:rPr>
          <w:b/>
        </w:rPr>
        <w:t>25.</w:t>
      </w:r>
      <w:r>
        <w:tab/>
        <w:t>MCU — JUSTIN PLUGGING LEAKS Justin frantically plugs two holes with his fingers. Another leak appears under his arm. Now he’s genuinely panicking.</w:t>
      </w:r>
    </w:p>
    <w:p>
      <w:pPr>
        <w:pStyle w:val="ListBullet"/>
        <w:keepNext w:val="0"/>
        <w:keepLines/>
        <w:numPr>
          <w:numId w:val="0"/>
        </w:numPr>
        <w:tabs>
          <w:tab w:val="left" w:pos="460"/>
        </w:tabs>
        <w:spacing w:after="100"/>
        <w:ind w:left="460" w:hanging="460"/>
        <w:contextualSpacing w:val="0"/>
      </w:pPr>
      <w:r>
        <w:rPr>
          <w:b/>
        </w:rPr>
        <w:t>26.</w:t>
      </w:r>
      <w:r>
        <w:tab/>
        <w:t>WHIP PAN — PIZZA GUY Water smashes into Pizza Guy mid-bite and jets the pizza straight out of his hands.</w:t>
      </w:r>
    </w:p>
    <w:p>
      <w:pPr>
        <w:pStyle w:val="ListBullet"/>
        <w:keepNext w:val="0"/>
        <w:keepLines/>
        <w:numPr>
          <w:numId w:val="0"/>
        </w:numPr>
        <w:tabs>
          <w:tab w:val="left" w:pos="460"/>
        </w:tabs>
        <w:spacing w:after="100"/>
        <w:ind w:left="460" w:hanging="460"/>
        <w:contextualSpacing w:val="0"/>
      </w:pPr>
      <w:r>
        <w:rPr>
          <w:b/>
        </w:rPr>
        <w:t>27.</w:t>
      </w:r>
      <w:r>
        <w:tab/>
        <w:t>WHIP PAN — COLLEGE KID / TIKTOK GIRLS / MAKING-OUT COUPLE A geyser sweeps through the group: College Kid gets sprayed in the face; TikTok Girls giggle and start filming.</w:t>
      </w:r>
    </w:p>
    <w:p>
      <w:pPr>
        <w:pStyle w:val="ListBullet"/>
        <w:keepNext w:val="0"/>
        <w:keepLines/>
        <w:numPr>
          <w:numId w:val="0"/>
        </w:numPr>
        <w:tabs>
          <w:tab w:val="left" w:pos="460"/>
        </w:tabs>
        <w:spacing w:after="100"/>
        <w:ind w:left="460" w:hanging="460"/>
        <w:contextualSpacing w:val="0"/>
      </w:pPr>
      <w:r>
        <w:rPr>
          <w:b/>
        </w:rPr>
        <w:t>28.</w:t>
      </w:r>
      <w:r>
        <w:tab/>
        <w:t>WHIP PAN – Caught in the spray, The making-out couple beside them also gets hit.</w:t>
      </w:r>
    </w:p>
    <w:p>
      <w:pPr>
        <w:pStyle w:val="ListBullet"/>
        <w:keepNext w:val="0"/>
        <w:keepLines/>
        <w:numPr>
          <w:numId w:val="0"/>
        </w:numPr>
        <w:tabs>
          <w:tab w:val="left" w:pos="460"/>
        </w:tabs>
        <w:spacing w:after="100"/>
        <w:ind w:left="460" w:hanging="460"/>
        <w:contextualSpacing w:val="0"/>
      </w:pPr>
      <w:r>
        <w:rPr>
          <w:b/>
        </w:rPr>
        <w:t>29.</w:t>
      </w:r>
      <w:r>
        <w:tab/>
        <w:t>WIDE — JACKET NOW HUGE First major hero reveal: Justin’s enormous orange puffer takes over the bench, forcing Mom/Baby and Wall Street Guy outward. Multiple leaks fire. Justin barely contains it.</w:t>
      </w:r>
    </w:p>
    <w:p>
      <w:pPr>
        <w:pStyle w:val="ListBullet"/>
        <w:keepNext w:val="0"/>
        <w:keepLines/>
        <w:numPr>
          <w:numId w:val="0"/>
        </w:numPr>
        <w:tabs>
          <w:tab w:val="left" w:pos="460"/>
        </w:tabs>
        <w:spacing w:after="100"/>
        <w:ind w:left="460" w:hanging="460"/>
        <w:contextualSpacing w:val="0"/>
      </w:pPr>
      <w:r>
        <w:rPr>
          <w:b/>
        </w:rPr>
        <w:t>30.</w:t>
      </w:r>
      <w:r>
        <w:tab/>
        <w:t>WIDE / LOW — TUBA GUY Down the aisle, a major gush catches Tuba Guy, shoving him and his silver tuba backward through the carriage.</w:t>
      </w:r>
    </w:p>
    <w:p>
      <w:pPr>
        <w:pStyle w:val="ListBullet"/>
        <w:keepNext w:val="0"/>
        <w:keepLines/>
        <w:numPr>
          <w:numId w:val="0"/>
        </w:numPr>
        <w:tabs>
          <w:tab w:val="left" w:pos="460"/>
        </w:tabs>
        <w:spacing w:after="100"/>
        <w:ind w:left="460" w:hanging="460"/>
        <w:contextualSpacing w:val="0"/>
      </w:pPr>
      <w:r>
        <w:rPr>
          <w:b/>
        </w:rPr>
        <w:t>31.</w:t>
      </w:r>
      <w:r>
        <w:tab/>
        <w:t>WHIP PAN THROUGH CHAOS Camera flies through wet passengers ducking, shielding bags and climbing away. Everything is officially fucked.</w:t>
      </w:r>
    </w:p>
    <w:p>
      <w:pPr>
        <w:pStyle w:val="ListBullet"/>
        <w:keepNext w:val="0"/>
        <w:keepLines/>
        <w:numPr>
          <w:numId w:val="0"/>
        </w:numPr>
        <w:tabs>
          <w:tab w:val="left" w:pos="460"/>
        </w:tabs>
        <w:spacing w:after="100"/>
        <w:ind w:left="460" w:hanging="460"/>
        <w:contextualSpacing w:val="0"/>
      </w:pPr>
      <w:r>
        <w:rPr>
          <w:b/>
        </w:rPr>
        <w:t>32.</w:t>
      </w:r>
      <w:r>
        <w:tab/>
        <w:t>STATIC MED — HOMELESS DUDE + PIGEON Completely unfazed, Homeless Guy watches while petting a pigeon. The pigeon blinks. Hold for a tiny beat.</w:t>
      </w:r>
    </w:p>
    <w:p>
      <w:pPr>
        <w:pStyle w:val="ListBullet"/>
        <w:keepNext w:val="0"/>
        <w:keepLines/>
        <w:numPr>
          <w:numId w:val="0"/>
        </w:numPr>
        <w:tabs>
          <w:tab w:val="left" w:pos="460"/>
        </w:tabs>
        <w:spacing w:after="100"/>
        <w:ind w:left="460" w:hanging="460"/>
        <w:contextualSpacing w:val="0"/>
      </w:pPr>
      <w:r>
        <w:rPr>
          <w:b/>
        </w:rPr>
        <w:t>33.</w:t>
      </w:r>
      <w:r>
        <w:tab/>
        <w:t>WHIP PAN BACK — XCU JUSTIN Justin plugs leaks with both hands. Another erupts. He cannot physically keep up anymore.</w:t>
      </w:r>
    </w:p>
    <w:p>
      <w:pPr>
        <w:pStyle w:val="ListBullet"/>
        <w:keepNext w:val="0"/>
        <w:keepLines/>
        <w:numPr>
          <w:numId w:val="0"/>
        </w:numPr>
        <w:tabs>
          <w:tab w:val="left" w:pos="460"/>
        </w:tabs>
        <w:spacing w:after="100"/>
        <w:ind w:left="460" w:hanging="460"/>
        <w:contextualSpacing w:val="0"/>
      </w:pPr>
      <w:r>
        <w:rPr>
          <w:b/>
        </w:rPr>
        <w:t>34.</w:t>
      </w:r>
    </w:p>
    <w:p>
      <w:pPr>
        <w:pStyle w:val="ListBullet"/>
        <w:keepNext w:val="0"/>
        <w:keepLines/>
        <w:numPr>
          <w:numId w:val="0"/>
        </w:numPr>
        <w:tabs>
          <w:tab w:val="left" w:pos="460"/>
        </w:tabs>
        <w:spacing w:after="100"/>
        <w:ind w:left="460" w:hanging="460"/>
        <w:contextualSpacing w:val="0"/>
      </w:pPr>
      <w:r>
        <w:rPr>
          <w:b/>
        </w:rPr>
        <w:t>35.</w:t>
      </w:r>
      <w:r>
        <w:tab/>
        <w:t>WHIP PAN — CRUTCH GUY A heavier blast hits Crutch Guy, knocking him sideways and off balance. He goes down. Keep the fall slapstick.</w:t>
      </w:r>
    </w:p>
    <w:p>
      <w:pPr>
        <w:pStyle w:val="ListBullet"/>
        <w:keepNext w:val="0"/>
        <w:keepLines/>
        <w:numPr>
          <w:numId w:val="0"/>
        </w:numPr>
        <w:tabs>
          <w:tab w:val="left" w:pos="460"/>
        </w:tabs>
        <w:spacing w:after="100"/>
        <w:ind w:left="460" w:hanging="460"/>
        <w:contextualSpacing w:val="0"/>
      </w:pPr>
      <w:r>
        <w:rPr>
          <w:b/>
        </w:rPr>
        <w:t>36.</w:t>
      </w:r>
      <w:r>
        <w:tab/>
        <w:t>HERO MED/WIDE — FINAL RUPTURE / FREEZE FRAME One major seam GIVES WAY. A huge blast erupts; the jacket stays recognizable and enormous. Justin’s face: OH FUCK. FREEZE. SUPER: FOR DAYS THAT RUN HOT.</w:t>
      </w:r>
    </w:p>
    <w:p>
      <w:pPr>
        <w:pStyle w:val="ListBullet"/>
        <w:keepNext w:val="0"/>
        <w:keepLines/>
        <w:numPr>
          <w:numId w:val="0"/>
        </w:numPr>
        <w:tabs>
          <w:tab w:val="left" w:pos="460"/>
        </w:tabs>
        <w:spacing w:after="100"/>
        <w:ind w:left="460" w:hanging="460"/>
        <w:contextualSpacing w:val="0"/>
      </w:pPr>
      <w:r>
        <w:rPr>
          <w:b/>
        </w:rPr>
        <w:t>37.</w:t>
      </w:r>
      <w:r>
        <w:tab/>
        <w:t>CLEAN MCU — BATHROOM / AXE APPLICATION Hard cut. Silence. In a cool, pristine bathroom, Justin calmly applies AXE Antiperspirant. Jacket off.</w:t>
      </w:r>
    </w:p>
    <w:p>
      <w:pPr>
        <w:pStyle w:val="ListBullet"/>
        <w:keepNext w:val="0"/>
        <w:keepLines/>
        <w:numPr>
          <w:numId w:val="0"/>
        </w:numPr>
        <w:tabs>
          <w:tab w:val="left" w:pos="460"/>
        </w:tabs>
        <w:spacing w:after="100"/>
        <w:ind w:left="460" w:hanging="460"/>
        <w:contextualSpacing w:val="0"/>
      </w:pPr>
      <w:r>
        <w:rPr>
          <w:b/>
        </w:rPr>
        <w:t>38.</w:t>
      </w:r>
      <w:r>
        <w:tab/>
        <w:t>XCU / PRODUCT BEAUTY AXE can and underarm application detail. Same bathroom, set and lighting as Shot 37. SUPER: 72H SWEAT PROTECTION.</w:t>
      </w:r>
    </w:p>
    <w:p>
      <w:pPr>
        <w:pStyle w:val="ListBullet"/>
        <w:keepNext w:val="0"/>
        <w:keepLines/>
        <w:numPr>
          <w:numId w:val="0"/>
        </w:numPr>
        <w:tabs>
          <w:tab w:val="left" w:pos="460"/>
        </w:tabs>
        <w:spacing w:after="100"/>
        <w:ind w:left="460" w:hanging="460"/>
        <w:contextualSpacing w:val="0"/>
      </w:pPr>
      <w:r>
        <w:rPr>
          <w:b/>
        </w:rPr>
        <w:t>39.</w:t>
      </w:r>
      <w:r>
        <w:tab/>
        <w:t>WIDE — SUBWAY PLATFORM / TRAIN ARRIVES DING. Doors open. A MASSIVE WALL OF WATER explodes from the entire doorway across the platform. Water clears and settles.</w:t>
      </w:r>
    </w:p>
    <w:p>
      <w:pPr>
        <w:pStyle w:val="ListBullet"/>
        <w:keepNext w:val="0"/>
        <w:keepLines/>
        <w:numPr>
          <w:numId w:val="0"/>
        </w:numPr>
        <w:tabs>
          <w:tab w:val="left" w:pos="460"/>
        </w:tabs>
        <w:spacing w:after="100"/>
        <w:ind w:left="460" w:hanging="460"/>
        <w:contextualSpacing w:val="0"/>
      </w:pPr>
      <w:r>
        <w:rPr>
          <w:b/>
        </w:rPr>
        <w:t>40.</w:t>
      </w:r>
      <w:r>
        <w:tab/>
        <w:t>FRONTAL MEDIUM – PASSENGERS GET OFF THE TRAIN DING. Doors open. Justin casually steps out, clean, dry and composed. He pauses as the other soggy commuters exit behind him</w:t>
      </w:r>
    </w:p>
    <w:p>
      <w:pPr>
        <w:pStyle w:val="ListBullet"/>
        <w:keepNext w:val="0"/>
        <w:keepLines/>
        <w:numPr>
          <w:numId w:val="0"/>
        </w:numPr>
        <w:tabs>
          <w:tab w:val="left" w:pos="460"/>
        </w:tabs>
        <w:spacing w:after="100"/>
        <w:ind w:left="460" w:hanging="460"/>
        <w:contextualSpacing w:val="0"/>
      </w:pPr>
      <w:r>
        <w:rPr>
          <w:b/>
        </w:rPr>
        <w:t>41.</w:t>
      </w:r>
      <w:r>
        <w:tab/>
        <w:t>INSERT / MED — RICH LADY’S DOG The tiny dog trots after Justin and immediately starts humping his leg.</w:t>
      </w:r>
    </w:p>
    <w:p>
      <w:pPr>
        <w:pStyle w:val="ListBullet"/>
        <w:keepNext w:val="0"/>
        <w:keepLines/>
        <w:numPr>
          <w:numId w:val="0"/>
        </w:numPr>
        <w:tabs>
          <w:tab w:val="left" w:pos="460"/>
        </w:tabs>
        <w:spacing w:after="100"/>
        <w:ind w:left="460" w:hanging="460"/>
        <w:contextualSpacing w:val="0"/>
      </w:pPr>
      <w:r>
        <w:rPr>
          <w:b/>
        </w:rPr>
        <w:t>42.</w:t>
      </w:r>
      <w:r>
        <w:tab/>
        <w:t>CU — JUSTIN LOOKS DOWN Justin looks down. A tiny: seriously?, He then looks at camera and holds up the can of AXE body spray, winks.</w:t>
      </w:r>
    </w:p>
    <w:p>
      <w:pPr>
        <w:pStyle w:val="ListBullet"/>
        <w:keepNext w:val="0"/>
        <w:keepLines/>
        <w:numPr>
          <w:numId w:val="0"/>
        </w:numPr>
        <w:tabs>
          <w:tab w:val="left" w:pos="460"/>
        </w:tabs>
        <w:spacing w:after="100"/>
        <w:ind w:left="460" w:hanging="460"/>
        <w:contextualSpacing w:val="0"/>
      </w:pPr>
      <w:r>
        <w:rPr>
          <w:b/>
        </w:rPr>
        <w:t>43.</w:t>
      </w:r>
      <w:r>
        <w:tab/>
        <w:t>END CARD / PRODUCT AXE. DON’T SWEAT IT.</w:t>
      </w:r>
    </w:p>
    <w:p>
      <w:pPr>
        <w:pStyle w:val="ListBullet"/>
        <w:keepNext w:val="0"/>
        <w:keepLines/>
        <w:numPr>
          <w:numId w:val="0"/>
        </w:numPr>
        <w:tabs>
          <w:tab w:val="left" w:pos="460"/>
        </w:tabs>
        <w:spacing w:after="100"/>
        <w:ind w:left="460" w:hanging="460"/>
        <w:contextualSpacing w:val="0"/>
      </w:pPr>
      <w:r>
        <w:rPr>
          <w:b/>
        </w:rPr>
        <w:t>44.</w:t>
      </w:r>
      <w:r>
        <w:tab/>
        <w:t>MWIDE — PLATFORM / JUSTIN + NUN Fresh Justin walks casually past Nun, seated on a platform bench. She is still damp from Shot 28.</w:t>
      </w:r>
    </w:p>
    <w:p>
      <w:pPr>
        <w:pStyle w:val="ListBullet"/>
        <w:keepNext w:val="0"/>
        <w:keepLines/>
        <w:numPr>
          <w:numId w:val="0"/>
        </w:numPr>
        <w:tabs>
          <w:tab w:val="left" w:pos="460"/>
        </w:tabs>
        <w:spacing w:after="100"/>
        <w:ind w:left="460" w:hanging="460"/>
        <w:contextualSpacing w:val="0"/>
      </w:pPr>
      <w:r>
        <w:rPr>
          <w:b/>
        </w:rPr>
        <w:t>45.</w:t>
      </w:r>
      <w:r>
        <w:tab/>
        <w:t>CU — NUN Nun catches his scent. Her eyes follow him. A tiny involuntary lip bite OR she crosses herself.</w:t>
      </w:r>
    </w:p>
    <w:p>
      <w:pPr>
        <w:keepNext/>
        <w:spacing w:before="260" w:after="40"/>
      </w:pPr>
      <w:r>
        <w:rPr>
          <w:b/>
          <w:sz w:val="18"/>
        </w:rPr>
        <w:t>THE CAST</w:t>
      </w:r>
    </w:p>
    <w:p>
      <w:pPr>
        <w:pStyle w:val="Heading1"/>
      </w:pPr>
      <w:r>
        <w:t>OUR HERO</w:t>
      </w:r>
    </w:p>
    <w:p>
      <w:r>
        <w:t xml:space="preserve">Our dude fills out the “everyman” role. He's our window into this sweaty situation-- we aren’t just watching this go down. We’re empathizing with him. He’s not goofy. While the situation happening to him is absolutely insane, he plays it straight and reacts just like any of us would react if our jacket suddenly started filling up with sweat. At first he tries to ignore it, then when the problem becomes too big to ignore, he tries to do everything in his power to turn off the water works. He’s embarrassed and by the time his jacket turns into the Trevi Fountain, he’s downright panicking. This is the key to the spot. We want audiences to relate to our hero-- they can totally see themselves in this same situation and will stampede to the store for some </w:t>
      </w:r>
      <w:r>
        <w:rPr>
          <w:b/>
        </w:rPr>
        <w:t>AXE</w:t>
      </w:r>
      <w:r>
        <w:t>.</w:t>
      </w:r>
    </w:p>
    <w:p>
      <w:r>
        <w:t xml:space="preserve">What does he look like? It’s very important he has a “smiley face” and a good-natured energy that makes him immediately likable. He’s attractive, but he’s not a model, cool but not TOO cool. We want to be him, but he doesn’t seem like he leads an unattainable life. We want to get the feeling that he wouldn’t rock the boat and doesn’t like causing a scene… This waterlogged jacket is his worst nightmare. He’s also got a cool sense of style without trying too hard. His jacket is trendy and it’s BRIGHT </w:t>
      </w:r>
      <w:r>
        <w:rPr>
          <w:b/>
        </w:rPr>
        <w:t>ORANGE</w:t>
      </w:r>
      <w:r>
        <w:t>. He’s got a cool haircut, some stylish sneakers, but he’s not over the top about it. He’s young, fun, and very GEN Z.</w:t>
      </w:r>
    </w:p>
    <w:p>
      <w:r>
        <w:t xml:space="preserve">I think his background is made up of multiple ethnicities, cultures and experiences. The energy of actors like Jorge Lendeborg Jr., John Boyega, Justice Smith, Tyler Posey, Charles Melton, Dev Patel, Anthony Ramos, Tom Holland, or Joe Keery would be a good fit. Also, the performance </w:t>
      </w:r>
      <w:r>
        <w:rPr>
          <w:b/>
        </w:rPr>
        <w:t>ABSOLUTELY MUST</w:t>
      </w:r>
      <w:r>
        <w:t xml:space="preserve"> have good comic timing. He plays the straight man, but he has to react to this situation in a way that’s entertaining. Those little improvised-feeling reactions will make him feel real. He has to be able to react to the tsunami coming out of his jacket and interact with the passengers he’s upsetting. This is the guy that sells this concept and makes it land.</w:t>
      </w:r>
    </w:p>
    <w:p>
      <w:pPr>
        <w:pStyle w:val="Heading1"/>
      </w:pPr>
      <w:r>
        <w:t>THE PASSENGERS</w:t>
      </w:r>
    </w:p>
    <w:p>
      <w:r>
        <w:t xml:space="preserve">This is not a clown car. It’s important to keep in mind that </w:t>
      </w:r>
      <w:r>
        <w:rPr>
          <w:b/>
        </w:rPr>
        <w:t>THE JACKET</w:t>
      </w:r>
      <w:r>
        <w:t xml:space="preserve"> is the weirdest thing on this train. The humor comes from everyone reacting to it, not from the characters themselves. If everything is over the top, then nothing is.</w:t>
      </w:r>
    </w:p>
    <w:p>
      <w:r>
        <w:t>Now, that’s not to say our characters don’t have personality, because they absolutely do! I don’t know about you, but in reality there are some real wack jobs on every subway I’ve ever been on. The key is that everyone on this train could actually be found in real life. We also want to pick the people who would be both unexpected and comical if showered with sweat.</w:t>
      </w:r>
    </w:p>
    <w:p>
      <w:r>
        <w:t>Let’s make this a current and modern swath of passengers, with a strong Gen Z presence alongside the mix of ages you’d find on a packed commuter train. We want them racially, culturally and gender diverse— maybe one of the guys has his nails painted, another girl might be in trendy clothing, but wearing a hijab. None of these cultural signifiers are played for comedy, but rather to reflect the community we live in.</w:t>
      </w:r>
    </w:p>
    <w:p>
      <w:r>
        <w:t>For the comedy, the characters we highlight should be characters that would react MOST POORLY if this happened to them in real life… a germaphobe. A guy finishing something important on a laptop (and no, he didn’t save). A woman trying to finish her makeup. Influencers filming the commute who suddenly become the content. And right beside our hero, a mom with a baby who has absolutely no patience for an expanding human water balloon. Around them, we can still have a man wearing suede, someone holding clean dry cleaning, a musician with an instrument, two teenagers making out, someone taking a bite of a delicious piece of pizza. Everyone has something they really, really don’t want covered in somebody else’s sweat.</w:t>
      </w:r>
    </w:p>
    <w:p>
      <w:r>
        <w:t xml:space="preserve">I also want our passengers to be new characters, not the same stock characters that get used over and over again. A lot of comedy gold comes from the unexpected. For example, the character who’s grossed out by all of this and judging is not the token mean girl, but rather a trendy drag queen. Maybe the nun is in her 20s, not 80 years old. The people I put in the write up are just a starting place. I’m excited to collaborate with you to find the best people to make this </w:t>
      </w:r>
      <w:r>
        <w:rPr>
          <w:b/>
        </w:rPr>
        <w:t>LAUGH OUT LOUD</w:t>
      </w:r>
      <w:r>
        <w:t xml:space="preserve"> hilarious.</w:t>
      </w:r>
    </w:p>
    <w:p>
      <w:pPr>
        <w:pStyle w:val="Heading1"/>
      </w:pPr>
      <w:r>
        <w:t>THE PUFFER JACKET</w:t>
      </w:r>
    </w:p>
    <w:p>
      <w:r>
        <w:t>So this all sounds fun, but let’s talk about the elephant in the room, shall we? How the F@*#! are we going to create this jacket?!</w:t>
      </w:r>
    </w:p>
    <w:p>
      <w:r>
        <w:t xml:space="preserve">Right off the bat, we want this to feel like a </w:t>
      </w:r>
      <w:r>
        <w:rPr>
          <w:b/>
        </w:rPr>
        <w:t>REAL JACKET</w:t>
      </w:r>
      <w:r>
        <w:t xml:space="preserve"> trapping and spurting </w:t>
      </w:r>
      <w:r>
        <w:rPr>
          <w:b/>
        </w:rPr>
        <w:t>ACTUAL WATER</w:t>
      </w:r>
      <w:r>
        <w:t>. The more convincing the material, weight, and contact with the passengers, the better the concept sells. Every reaction needs to feel like somebody has actually been showered with it.</w:t>
      </w:r>
    </w:p>
    <w:p>
      <w:r>
        <w:t>SO, with that in mind, how do we do it?! The key for me is keeping the physics in mind. We want this jacket to look like it’s filling with liquid and not air. There’s weight to water, and it would move more like a water bed than a hot air balloon. We also need to keep in mind the material. This jacket needs to be made of a waterproof, vinyl-like material that would trap water. It can’t be a fabric that would absorb it.</w:t>
      </w:r>
    </w:p>
    <w:p>
      <w:r>
        <w:t>We need to see the same bright orange jacket change over the course of the spot. First it’s normal. Then it starts expanding. Then it’s a giant, overfilled water balloon taking over the subway car. Finally the pressure becomes impossible to contain and it starts spurting water. The quilted compartments stretch, the seams strain, and the whole thing gets bottom heavy, the way actual water would behave. As it gets more full, we need to see that weight shift and slosh when our hero moves.</w:t>
      </w:r>
    </w:p>
    <w:p>
      <w:r>
        <w:t>When he pushes on one side, that pressure has to go somewhere. A button blows, a seam tears, another geyser fires. That cause and effect is the comedy. We should always understand why his attempts to fix it are making everything worse.</w:t>
      </w:r>
    </w:p>
    <w:p>
      <w:r>
        <w:t>Also, storyboarding and tests are absolutely essential. We need to know exactly what’s happening in every shot so the jacket can fulfill all our needs. Its size, the placement of the leaks, and how much space it’s taking up need to track all the way through the chaos.</w:t>
      </w:r>
    </w:p>
    <w:p>
      <w:pPr>
        <w:pStyle w:val="Heading1"/>
      </w:pPr>
      <w:r>
        <w:t>THE REAL STAR</w:t>
      </w:r>
    </w:p>
    <w:p>
      <w:r>
        <w:t xml:space="preserve">Let’s spend some time talking about the real hero shot—aka the part of the spot where our guy applies </w:t>
      </w:r>
      <w:r>
        <w:rPr>
          <w:b/>
        </w:rPr>
        <w:t>AXE</w:t>
      </w:r>
      <w:r>
        <w:t xml:space="preserve"> antiperspirant. The look and feel in this scene needs to be different from the rest of our film. This is the moment that stands out as calm, clean, and collected; the shift to calm in a claustrophobic underground hurricane. It’s important that we make it clear that </w:t>
      </w:r>
      <w:r>
        <w:rPr>
          <w:b/>
        </w:rPr>
        <w:t>AXE</w:t>
      </w:r>
      <w:r>
        <w:t xml:space="preserve"> enables him to withstand whatever heat life throws at him. The key to doing that is in our cinematography and sound. We’ll use smoother motion, controlled sound design, and beautiful lighting.</w:t>
      </w:r>
    </w:p>
    <w:p>
      <w:r>
        <w:t xml:space="preserve">At absolute peak catastrophe, we </w:t>
      </w:r>
      <w:r>
        <w:rPr>
          <w:b/>
        </w:rPr>
        <w:t>SMASH CUT</w:t>
      </w:r>
      <w:r>
        <w:t xml:space="preserve"> into the application. Our camera is stable. It’s no longer whipping around or shaking with the chaos of the sweat storm we just witnessed. I’d also want to shift the color temperature cooler—</w:t>
      </w:r>
      <w:r>
        <w:rPr>
          <w:b/>
        </w:rPr>
        <w:t>AXE</w:t>
      </w:r>
      <w:r>
        <w:t xml:space="preserve"> lowers the temperature of the visuals. We cut the cacophony and give this moment room to breathe.</w:t>
      </w:r>
    </w:p>
    <w:p>
      <w:r>
        <w:t xml:space="preserve">We’ll use contrasty beauty lighting with some colored highlights and everything will be clean and editorial in style. The application and product shot should feel gorgeous and hyper-stylized: precise framing, beautiful skin, crisp pack detail. It needs to be immediately clear what he’s applying, and we give </w:t>
      </w:r>
      <w:r>
        <w:rPr>
          <w:b/>
        </w:rPr>
        <w:t>AXE</w:t>
      </w:r>
      <w:r>
        <w:t xml:space="preserve"> a proper hero moment.</w:t>
      </w:r>
    </w:p>
    <w:p>
      <w:pPr>
        <w:keepNext/>
        <w:keepLines/>
        <w:spacing w:before="40" w:after="140"/>
      </w:pPr>
      <w:r>
        <w:rPr>
          <w:b/>
          <w:sz w:val="24"/>
        </w:rPr>
        <w:t>FOR DAYS THAT RUN HOT.</w:t>
      </w:r>
    </w:p>
    <w:p>
      <w:pPr>
        <w:keepLines/>
        <w:spacing w:before="40" w:after="140"/>
      </w:pPr>
      <w:r>
        <w:rPr>
          <w:b/>
          <w:sz w:val="24"/>
        </w:rPr>
        <w:t>AXE -- 72H SWEAT PROTECTION.</w:t>
      </w:r>
    </w:p>
    <w:p>
      <w:r>
        <w:t>Then we return to the train for the final bumper. The doors open, the built-up water comes crashing out, and our hero steps onto the platform completely fresh. That’s the punchline the whole pressure cooker has been building toward.</w:t>
      </w:r>
    </w:p>
    <w:p>
      <w:pPr>
        <w:pStyle w:val="Heading1"/>
      </w:pPr>
      <w:r>
        <w:t>TONE + STYLE</w:t>
      </w:r>
    </w:p>
    <w:p>
      <w:r>
        <w:t xml:space="preserve">In the world of </w:t>
      </w:r>
      <w:r>
        <w:rPr>
          <w:b/>
        </w:rPr>
        <w:t>RUSH HOUR</w:t>
      </w:r>
      <w:r>
        <w:t xml:space="preserve">, hyperbole becomes reality. This is a nightmare come to life! We’re taking the feeling of sweating through your clothes, jacking it up on steroids and taking it out into the real world. This spot isn’t afraid to </w:t>
      </w:r>
      <w:r>
        <w:rPr>
          <w:b/>
        </w:rPr>
        <w:t>GO BIG</w:t>
      </w:r>
      <w:r>
        <w:t xml:space="preserve">! Think of this as a miniature disaster movie on a subway. Hilarious, claustrophobic, and completely out of control. The jacket might be </w:t>
      </w:r>
      <w:r>
        <w:rPr>
          <w:b/>
        </w:rPr>
        <w:t>SURREAL</w:t>
      </w:r>
      <w:r>
        <w:t xml:space="preserve">, but the people reacting to it are </w:t>
      </w:r>
      <w:r>
        <w:rPr>
          <w:b/>
        </w:rPr>
        <w:t>REAL</w:t>
      </w:r>
      <w:r>
        <w:t xml:space="preserve">. We want to watch what would unfold if this really went down on the subway! Tonally, this is tongue in cheek. Think of it as </w:t>
      </w:r>
      <w:r>
        <w:rPr>
          <w:b/>
        </w:rPr>
        <w:t>POP</w:t>
      </w:r>
      <w:r>
        <w:t xml:space="preserve"> ART! Chaos may be unfolding, but there’s a wry smile to the way it all unfolds. Visually, this also looks like a world we’d want to hang out in. The train has a cool design, but it’s crowded, hot, and lived-in. The passengers look interesting. It’s fun and poppy. Bright colors, exaggerated situations, and irreverent humor with a bit of an edge will make this really stand out.</w:t>
      </w:r>
    </w:p>
    <w:p>
      <w:pPr>
        <w:pStyle w:val="Heading1"/>
      </w:pPr>
      <w:r>
        <w:t>CINEMATOGRAPHY</w:t>
      </w:r>
    </w:p>
    <w:p>
      <w:r>
        <w:t xml:space="preserve">With such an insane concept, we’re relying on our cinematography to build the world. There’s a visual claustrophobia running through the course of the spot. I want to shoot on long lenses, compressing the space. We should also have foreground elements in nearly every shot, feeling a piece of the crowd around our hero. This subway is </w:t>
      </w:r>
      <w:r>
        <w:rPr>
          <w:b/>
        </w:rPr>
        <w:t>SUFFOCATING</w:t>
      </w:r>
      <w:r>
        <w:t>. It might be nice to fog up the windows and have a layer of steam in the set so we see the humidity in the air. Also, using Anamorphics will show off the width of this jacket and really give us the landscape to play with all the chaos caused by this monsoon of sweat.</w:t>
      </w:r>
    </w:p>
    <w:p>
      <w:r>
        <w:t xml:space="preserve">I also want a kinetic energy in the shots. A little camera shake throughout will help us sell the movement of the train. As water starts to fly, I want our camera to </w:t>
      </w:r>
      <w:r>
        <w:rPr>
          <w:b/>
        </w:rPr>
        <w:t>MOVE</w:t>
      </w:r>
      <w:r>
        <w:t xml:space="preserve">. Whip pans, push ins and crash zooms will serve us well. The bigger and more explosive the jacket gets, the more crazy our camera. We stop the frenzy at the smash cut into the </w:t>
      </w:r>
      <w:r>
        <w:rPr>
          <w:b/>
        </w:rPr>
        <w:t>AXE</w:t>
      </w:r>
      <w:r>
        <w:t xml:space="preserve"> application shot. Visual energy in the shots mirrors the lack of control of our protagonist. Through the application and product shot, our framing is stable. </w:t>
      </w:r>
      <w:r>
        <w:rPr>
          <w:b/>
        </w:rPr>
        <w:t>AXE</w:t>
      </w:r>
      <w:r>
        <w:t xml:space="preserve"> gives us back that sense of calm. The same goes with our color palette. I want the color temperature to shift warmer and warmer as our protagonist gets hotter. We turn up the heat with the color until the application shot. After this, we shift cooler so we can feel the heat dissipate thanks to </w:t>
      </w:r>
      <w:r>
        <w:rPr>
          <w:b/>
        </w:rPr>
        <w:t>AXE</w:t>
      </w:r>
      <w:r>
        <w:t>!</w:t>
      </w:r>
    </w:p>
    <w:p>
      <w:r>
        <w:t>For the final bumper, I want to give the wall of water a clear, confident frame from the platform. We need to see the doors open and feel the scale of what comes out. Then we hold long enough for the water to clear and our hero to casually step through it. The camera gives him space to play it completely straight. He’s just getting off the train. That’s what makes it funny.</w:t>
      </w:r>
    </w:p>
    <w:p>
      <w:r>
        <w:t xml:space="preserve">Also, being on a subway gives us the opportunity to utilize a bit of “style” with the lighting. Integrating some neon or fluorescent bars where it makes sense could add a cool factor to the natural design of the train. Similarly, we want to feel the </w:t>
      </w:r>
      <w:r>
        <w:rPr>
          <w:b/>
        </w:rPr>
        <w:t>MOVEMENT</w:t>
      </w:r>
      <w:r>
        <w:t xml:space="preserve"> of the train in the lighting— colored flashes that mimic the traveling of a train will both help our style and give us a sense of acceleration and speed. It might be cool if these flashes increase in pace as we move along, helping us build up the tension as this jacket gets more and more waterlogged. With these little flourishes, though, it’s important to remember they’re more exaggerating our natural environment. It should be style built on top of what would already be there, not excess style if that makes sense… the lighting flashes would be coming from the windows in real life. Ours just happen to look a little cooler.</w:t>
      </w:r>
    </w:p>
    <w:p>
      <w:pPr>
        <w:pStyle w:val="Heading1"/>
      </w:pPr>
      <w:r>
        <w:t>DESIGN</w:t>
      </w:r>
    </w:p>
    <w:p>
      <w:r>
        <w:t>This spot exists in its own world. We’re going to go for our own “cool version” of an American subway. It’s just a little trendier than what you’d find in most major cities. Graffiti, maybe some neon or fluorescent bars, bold color on the seats… If Gen Z designed public transit, it would look like this. The visual design is poppy, but we still need the grime, scratches, scuffed metal, and wear that make it feel like an actual working train. It’s hot, claustrophobic, and absolutely packed.</w:t>
      </w:r>
    </w:p>
    <w:p>
      <w:r>
        <w:t xml:space="preserve">I also want to keep in mind the color scheme. Since </w:t>
      </w:r>
      <w:r>
        <w:rPr>
          <w:b/>
        </w:rPr>
        <w:t>ORANGE</w:t>
      </w:r>
      <w:r>
        <w:t xml:space="preserve"> is the color of our jacket, we want to make sure none of the other characters are dressed in it so it really stands out. Also, we’d want to incorporate that color scheme in the design of the train— with brushed steel and blue seats to complement the jacket. Everything should draw our eyes to it. It’s the show stopper.</w:t>
      </w:r>
    </w:p>
    <w:p>
      <w:r>
        <w:t xml:space="preserve">We also want to pay attention to the little details. Signage on the train shouldn’t be obvious, but on closer examination it’s funny. Maybe there are even some </w:t>
      </w:r>
      <w:r>
        <w:rPr>
          <w:b/>
        </w:rPr>
        <w:t>AXE</w:t>
      </w:r>
      <w:r>
        <w:t xml:space="preserve"> adverts in the background. The clothing of most of our passengers is trendy and cool— some have tats and piercings. I want each person featured on this train to have a personality signaled by their clothing. For example the germaphobe is in gloves and a mask. The lady with the dog might have matching sweaters. Nothing is distracting from the surreal jacket raining down on us, but it just adds some texture and gives us an idea of the characters rather than “extra #1.”</w:t>
      </w:r>
    </w:p>
    <w:p>
      <w:pPr>
        <w:pStyle w:val="Heading1"/>
      </w:pPr>
      <w:r>
        <w:t>EDIT + VFX</w:t>
      </w:r>
    </w:p>
    <w:p>
      <w:r>
        <w:t xml:space="preserve">We’re going to create a landscape for your mind. I want to do a pressure build—slowly increasing the stress toward our hero’s boiling point. We start out with enough room to feel the squeeze, and as the ride gets crazier and the jacket gets bigger, the cutting gets faster! We can also play with speed ramps to add humor and a sense of spectacle to what’s happening on screen. Ramping as the water flies then </w:t>
      </w:r>
      <w:r>
        <w:rPr>
          <w:b/>
        </w:rPr>
        <w:t>SLOWING</w:t>
      </w:r>
      <w:r>
        <w:t xml:space="preserve"> at the moment of the hit will really catch the drama of these poor passengers being pelted.</w:t>
      </w:r>
    </w:p>
    <w:p>
      <w:r>
        <w:t>With VFX, we’re really able to push and polish the visuals. Adding excess spray, fog, debris, and camera shake will add to the chaos and make this more exciting. The water needs to interact with the jacket, the people, and the train. We want weight, splashes, wet surfaces, and clear contact so every hit lands. Moving backgrounds outside the subway windows will help sell the speed and build the tension.</w:t>
      </w:r>
    </w:p>
    <w:p>
      <w:r>
        <w:t xml:space="preserve">The application is a decisive smash cut out of the madness into a gorgeous product moment. Then we come back for the doors opening and the wall of water. The edit needs to protect both payoffs: we get a proper moment with </w:t>
      </w:r>
      <w:r>
        <w:rPr>
          <w:b/>
        </w:rPr>
        <w:t>AXE</w:t>
      </w:r>
      <w:r>
        <w:t>, and we still have one enormous surprise waiting at the station.</w:t>
      </w:r>
    </w:p>
    <w:p>
      <w:pPr>
        <w:pStyle w:val="Heading1"/>
      </w:pPr>
      <w:r>
        <w:t>SOUND + MUSIC</w:t>
      </w:r>
    </w:p>
    <w:p>
      <w:r>
        <w:t>Sound will be essential to building the tension. From the second our man appears on screen, we’re going to put him in a pressure cooker, building the claustrophobia and anxiety in the environment until he literally sweats right through his clothes. We’re using sound to turn up the temperature, maybe creating a montage with the naturally stressful sounds of a packed train. The train gets louder and more strident as we go along, and we might even add additional risers into the mix such as a tea kettle boiling.</w:t>
      </w:r>
    </w:p>
    <w:p>
      <w:r>
        <w:t xml:space="preserve">I also want to hear the sounds of our hero’s anxiety—his heart beating and his breath increasing as he gets hotter. We want to hear the sounds of the jacket straining and groaning to retain the water. When all hell breaks loose, I want to hear the sweat </w:t>
      </w:r>
      <w:r>
        <w:rPr>
          <w:b/>
        </w:rPr>
        <w:t>GUSHING</w:t>
      </w:r>
      <w:r>
        <w:t>, sloshing around and splashing dramatically, along with the sounds of people screaming and yelling in panic. Our sound design is going to add to the drama and make this even more intense. It builds and builds and builds until…</w:t>
      </w:r>
    </w:p>
    <w:p>
      <w:r>
        <w:rPr>
          <w:b/>
        </w:rPr>
        <w:t>SMASH CUT</w:t>
      </w:r>
      <w:r>
        <w:t xml:space="preserve">. On the </w:t>
      </w:r>
      <w:r>
        <w:rPr>
          <w:b/>
        </w:rPr>
        <w:t>AXE</w:t>
      </w:r>
      <w:r>
        <w:t xml:space="preserve"> application shot, we drop out the cacophony. Cutting out most of the sound here will add a sense of calm to the product moment. The application gets its own clean, satisfying sound, and the whole world feels cooler.</w:t>
      </w:r>
    </w:p>
    <w:p>
      <w:r>
        <w:t xml:space="preserve">As far as music, to start, we want a low rhythmic track that increases in pace like a ticking clock. Ideally, it’s something that will allow us to build sound design on top of it. The soundtrack should give the spot a musical throughline while leaving room for the train, the jacket, and every ridiculous hit. After our hero uses </w:t>
      </w:r>
      <w:r>
        <w:rPr>
          <w:b/>
        </w:rPr>
        <w:t>AXE</w:t>
      </w:r>
      <w:r>
        <w:t>, we can give the music a confident, hip-hop inspired lift to carry that fresh exit.</w:t>
      </w:r>
    </w:p>
    <w:p>
      <w:r>
        <w:t xml:space="preserve">For the final bumper, we hear the train pull in. A clean, unmistakable DING. A tiny beat before the doors open, then the enormous rush of that wall of water hitting the platform. Once it clears, our guy steps out completely fresh. The music lands with him, and we finish on </w:t>
      </w:r>
      <w:r>
        <w:rPr>
          <w:b/>
        </w:rPr>
        <w:t>AXE</w:t>
      </w:r>
      <w:r>
        <w:t>. DON’T SWEAT IT.</w:t>
      </w:r>
    </w:p>
    <w:p>
      <w:pPr>
        <w:pStyle w:val="Heading1"/>
      </w:pPr>
      <w:r>
        <w:t>DIRECTOR’S PROCESS</w:t>
      </w:r>
    </w:p>
    <w:p>
      <w:r>
        <w:t>I’m one of those directors who lives for pre-production.</w:t>
      </w:r>
    </w:p>
    <w:p>
      <w:r>
        <w:t xml:space="preserve">Storyboarding is my </w:t>
      </w:r>
      <w:r>
        <w:rPr>
          <w:b/>
        </w:rPr>
        <w:t>JAM</w:t>
      </w:r>
      <w:r>
        <w:t>. I love mapping out every frame ahead of time and going back and forth with the creatives to trade ideas. Animatics, mood boards, and references play a big part. On this film especially, tests of the expanding jacket and water effects will be essential. We need to see how the normal jacket becomes the giant water balloon, how each leak develops, and how the reactions cut together.</w:t>
      </w:r>
    </w:p>
    <w:p>
      <w:r>
        <w:t>This whole process should be fun and collaborative! I love going back and forth on elements to push the script to be as awesome as possible. We’ll go through every shot ahead of time so we can clarify any questions and see how we can make it better. That way, when we are executing, we already know what we are doing and we can be very efficient.</w:t>
      </w:r>
    </w:p>
    <w:p>
      <w:r>
        <w:t>Additionally, I have a very strong background in post-production and have edited quite a bit. I shoot for the edit. Thinking ahead about how this will cut and how the VFX will factor in will help us greatly when we get to putting it all together. I even like to edit the storyboards together ahead of time so we have an idea about timing and can adjust the shots accordingly before we make them.</w:t>
      </w:r>
    </w:p>
    <w:p>
      <w:pPr>
        <w:keepLines/>
        <w:spacing w:before="40" w:after="140"/>
      </w:pPr>
      <w:r>
        <w:rPr>
          <w:b/>
          <w:sz w:val="24"/>
        </w:rPr>
        <w:t>Don’t Be Boring!</w:t>
      </w:r>
    </w:p>
    <w:p>
      <w:pPr>
        <w:pStyle w:val="Heading1"/>
        <w:pageBreakBefore/>
      </w:pPr>
      <w:r>
        <w:t>THANK YOU!</w:t>
      </w:r>
    </w:p>
    <w:p>
      <w:r>
        <w:t>I meant what I said at the top. This is one of those ideas that I would be jealous watching if it wasn’t made by me. This script combines everything I love in a project—this sense of humor and surreal style are what I live for creatively.</w:t>
      </w:r>
    </w:p>
    <w:p>
      <w:r>
        <w:t xml:space="preserve">I want to push this to the next level, to get it to the point where people are sharing it on social media because it’s such a wild showcase of a great product. I want to nail this for </w:t>
      </w:r>
      <w:r>
        <w:rPr>
          <w:b/>
        </w:rPr>
        <w:t>AXE</w:t>
      </w:r>
      <w:r>
        <w:t xml:space="preserve"> because this is the definition of “my kinda shit.”</w:t>
      </w:r>
    </w:p>
    <w:p>
      <w:r>
        <w:rPr>
          <w:b/>
        </w:rPr>
        <w:t>AXE</w:t>
      </w:r>
      <w:r>
        <w:t xml:space="preserve"> has created my favorite commercials of all time. Spots like Angels Will Fall, Make Love Not War, and Getting Dressed are some of the reasons I started directing commercials in the first place. To be able to reimagine the </w:t>
      </w:r>
      <w:r>
        <w:rPr>
          <w:b/>
        </w:rPr>
        <w:t>AXE</w:t>
      </w:r>
      <w:r>
        <w:t xml:space="preserve"> brand for this generation, while staying true to the humor and quality that came before, it’s a total blast!</w:t>
      </w:r>
    </w:p>
    <w:p>
      <w:r>
        <w:t xml:space="preserve">I’m looking forward to your thoughts and can’t wait to get wet! It’s for </w:t>
      </w:r>
      <w:r>
        <w:rPr>
          <w:b/>
        </w:rPr>
        <w:t>AXE</w:t>
      </w:r>
      <w:r>
        <w:t xml:space="preserve"> after all.</w:t>
      </w:r>
    </w:p>
    <w:p>
      <w:pPr>
        <w:spacing w:before="300"/>
      </w:pPr>
      <w:r>
        <w:rPr>
          <w:b/>
          <w:sz w:val="20"/>
        </w:rPr>
        <w:t>THE END</w:t>
      </w:r>
    </w:p>
    <w:sectPr w:rsidR="00FC693F" w:rsidRPr="0006063C" w:rsidSect="00034616">
      <w:headerReference w:type="default" r:id="rId9"/>
      <w:footerReference w:type="default" r:id="rId10"/>
      <w:pgSz w:w="12240" w:h="15840"/>
      <w:pgMar w:top="1037"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olor w:val="000000"/>
        <w:sz w:val="16"/>
      </w:rPr>
      <w:t>AXE / RUSH HOUR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eastAsia="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460"/>
    </w:pPr>
    <w:rPr>
      <w:rFonts w:asciiTheme="majorHAnsi" w:eastAsiaTheme="majorEastAsia" w:hAnsiTheme="majorHAnsi" w:cstheme="majorBidi" w:ascii="Arial" w:hAnsi="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00"/>
      <w:ind w:left="259" w:hanging="173"/>
      <w:contextualSpacing/>
    </w:pPr>
    <w:rPr>
      <w:rFonts w:ascii="Arial" w:hAnsi="Arial" w:eastAsia="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AXE // RUSH HOUR :60</dc:title>
  <dc:subject>Director treatment</dc:subject>
  <dc:creator>Cassandra Brooksbank</dc:creator>
  <cp:keywords>AXE, Rush Hour, treatment, 60 seconds</cp:keywords>
  <dc:description>generated by python-docx</dc:description>
  <cp:lastModifiedBy/>
  <cp:revision>1</cp:revision>
  <dcterms:created xsi:type="dcterms:W3CDTF">2013-12-23T23:15:00Z</dcterms:created>
  <dcterms:modified xsi:type="dcterms:W3CDTF">2013-12-23T23:15:00Z</dcterms:modified>
  <cp:category/>
</cp:coreProperties>
</file>